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9D6CB" w14:textId="77777777" w:rsidR="00676540" w:rsidRDefault="009F1493">
      <w:pPr>
        <w:spacing w:after="80"/>
        <w:jc w:val="center"/>
      </w:pPr>
      <w:r>
        <w:rPr>
          <w:b/>
          <w:color w:val="0F4F44"/>
          <w:sz w:val="28"/>
        </w:rPr>
        <w:t>PRIVACY POLICY</w:t>
      </w:r>
    </w:p>
    <w:p w14:paraId="33221951" w14:textId="77777777" w:rsidR="00676540" w:rsidRDefault="009F1493">
      <w:pPr>
        <w:spacing w:after="160"/>
        <w:jc w:val="center"/>
      </w:pPr>
      <w:r>
        <w:rPr>
          <w:color w:val="5C706B"/>
          <w:sz w:val="21"/>
        </w:rPr>
        <w:t>GeorgieJo Yoga</w:t>
      </w:r>
    </w:p>
    <w:tbl>
      <w:tblPr>
        <w:tblW w:w="0" w:type="auto"/>
        <w:jc w:val="center"/>
        <w:tblBorders>
          <w:top w:val="single" w:sz="8" w:space="0" w:color="C9DDD8"/>
          <w:left w:val="single" w:sz="8" w:space="0" w:color="C9DDD8"/>
          <w:bottom w:val="single" w:sz="8" w:space="0" w:color="C9DDD8"/>
          <w:right w:val="single" w:sz="8" w:space="0" w:color="C9DDD8"/>
          <w:insideH w:val="single" w:sz="8" w:space="0" w:color="C9DDD8"/>
          <w:insideV w:val="single" w:sz="8" w:space="0" w:color="C9DDD8"/>
        </w:tblBorders>
        <w:tblLook w:val="04A0" w:firstRow="1" w:lastRow="0" w:firstColumn="1" w:lastColumn="0" w:noHBand="0" w:noVBand="1"/>
      </w:tblPr>
      <w:tblGrid>
        <w:gridCol w:w="5020"/>
        <w:gridCol w:w="5032"/>
        <w:gridCol w:w="20"/>
      </w:tblGrid>
      <w:tr w:rsidR="00676540" w14:paraId="0FFFC23A" w14:textId="77777777">
        <w:trPr>
          <w:jc w:val="center"/>
        </w:trPr>
        <w:tc>
          <w:tcPr>
            <w:tcW w:w="5046" w:type="dxa"/>
            <w:shd w:val="clear" w:color="auto" w:fill="F4FAF8"/>
            <w:tcMar>
              <w:top w:w="100" w:type="dxa"/>
              <w:left w:w="140" w:type="dxa"/>
              <w:bottom w:w="100" w:type="dxa"/>
              <w:right w:w="140" w:type="dxa"/>
            </w:tcMar>
          </w:tcPr>
          <w:p w14:paraId="3E31FDBC" w14:textId="77777777" w:rsidR="00676540" w:rsidRDefault="009F1493">
            <w:pPr>
              <w:spacing w:after="0"/>
            </w:pPr>
            <w:r>
              <w:rPr>
                <w:b/>
                <w:color w:val="0F4F44"/>
                <w:sz w:val="19"/>
              </w:rPr>
              <w:t>Effective date</w:t>
            </w:r>
          </w:p>
        </w:tc>
        <w:tc>
          <w:tcPr>
            <w:tcW w:w="5046" w:type="dxa"/>
            <w:gridSpan w:val="2"/>
            <w:tcMar>
              <w:top w:w="100" w:type="dxa"/>
              <w:left w:w="140" w:type="dxa"/>
              <w:bottom w:w="100" w:type="dxa"/>
              <w:right w:w="140" w:type="dxa"/>
            </w:tcMar>
          </w:tcPr>
          <w:p w14:paraId="1EDFEFD0" w14:textId="77F07741" w:rsidR="00676540" w:rsidRDefault="001D5773">
            <w:pPr>
              <w:spacing w:after="0"/>
            </w:pPr>
            <w:r>
              <w:rPr>
                <w:color w:val="3A4A47"/>
                <w:sz w:val="19"/>
              </w:rPr>
              <w:t>12/03/2026</w:t>
            </w:r>
          </w:p>
        </w:tc>
      </w:tr>
      <w:tr w:rsidR="00676540" w14:paraId="67E53197" w14:textId="77777777">
        <w:trPr>
          <w:jc w:val="center"/>
        </w:trPr>
        <w:tc>
          <w:tcPr>
            <w:tcW w:w="5046" w:type="dxa"/>
            <w:shd w:val="clear" w:color="auto" w:fill="F4FAF8"/>
            <w:tcMar>
              <w:top w:w="100" w:type="dxa"/>
              <w:left w:w="140" w:type="dxa"/>
              <w:bottom w:w="100" w:type="dxa"/>
              <w:right w:w="140" w:type="dxa"/>
            </w:tcMar>
          </w:tcPr>
          <w:p w14:paraId="61CADF5E" w14:textId="77777777" w:rsidR="00676540" w:rsidRDefault="009F1493">
            <w:pPr>
              <w:spacing w:after="0"/>
            </w:pPr>
            <w:r>
              <w:rPr>
                <w:b/>
                <w:color w:val="0F4F44"/>
                <w:sz w:val="19"/>
              </w:rPr>
              <w:t>Contact email</w:t>
            </w:r>
          </w:p>
        </w:tc>
        <w:tc>
          <w:tcPr>
            <w:tcW w:w="5046" w:type="dxa"/>
            <w:gridSpan w:val="2"/>
            <w:tcMar>
              <w:top w:w="100" w:type="dxa"/>
              <w:left w:w="140" w:type="dxa"/>
              <w:bottom w:w="100" w:type="dxa"/>
              <w:right w:w="140" w:type="dxa"/>
            </w:tcMar>
          </w:tcPr>
          <w:p w14:paraId="3EE8111C" w14:textId="40BAA226" w:rsidR="00676540" w:rsidRDefault="006B190C">
            <w:pPr>
              <w:spacing w:after="0"/>
            </w:pPr>
            <w:r>
              <w:rPr>
                <w:color w:val="3A4A47"/>
                <w:sz w:val="19"/>
              </w:rPr>
              <w:t>yoga.info@</w:t>
            </w:r>
            <w:r w:rsidR="00593616">
              <w:rPr>
                <w:color w:val="3A4A47"/>
                <w:sz w:val="19"/>
              </w:rPr>
              <w:t>georgie</w:t>
            </w:r>
            <w:r w:rsidR="001D5773">
              <w:rPr>
                <w:color w:val="3A4A47"/>
                <w:sz w:val="19"/>
              </w:rPr>
              <w:t>joyoga.co.uk</w:t>
            </w:r>
          </w:p>
        </w:tc>
      </w:tr>
      <w:tr w:rsidR="00676540" w14:paraId="16E7940E" w14:textId="77777777">
        <w:tblPrEx>
          <w:tblBorders>
            <w:top w:val="single" w:sz="8" w:space="0" w:color="D7E7E3"/>
            <w:left w:val="single" w:sz="8" w:space="0" w:color="D7E7E3"/>
            <w:bottom w:val="single" w:sz="8" w:space="0" w:color="D7E7E3"/>
            <w:right w:val="single" w:sz="8" w:space="0" w:color="D7E7E3"/>
            <w:insideH w:val="single" w:sz="8" w:space="0" w:color="D7E7E3"/>
            <w:insideV w:val="single" w:sz="8" w:space="0" w:color="D7E7E3"/>
          </w:tblBorders>
        </w:tblPrEx>
        <w:trPr>
          <w:gridAfter w:val="1"/>
          <w:wAfter w:w="20" w:type="dxa"/>
          <w:jc w:val="center"/>
        </w:trPr>
        <w:tc>
          <w:tcPr>
            <w:tcW w:w="10092" w:type="dxa"/>
            <w:gridSpan w:val="2"/>
            <w:shd w:val="clear" w:color="auto" w:fill="FBFDFC"/>
            <w:tcMar>
              <w:top w:w="110" w:type="dxa"/>
              <w:left w:w="160" w:type="dxa"/>
              <w:bottom w:w="110" w:type="dxa"/>
              <w:right w:w="160" w:type="dxa"/>
            </w:tcMar>
          </w:tcPr>
          <w:p w14:paraId="5EAC6690" w14:textId="77777777" w:rsidR="00676540" w:rsidRDefault="009F1493">
            <w:pPr>
              <w:spacing w:after="0"/>
            </w:pPr>
            <w:r>
              <w:rPr>
                <w:color w:val="3A4A47"/>
                <w:sz w:val="19"/>
              </w:rPr>
              <w:t>This Privacy Policy explains how GeorgieJo Yoga collects, uses, stores and protects personal information when you contact us, book or attend a class, visit the website, or choose to receive updates. It has been written for a small UK sole-trader business and should be read alongside any booking terms, waiver form and class information provided to you.</w:t>
            </w:r>
          </w:p>
        </w:tc>
      </w:tr>
    </w:tbl>
    <w:p w14:paraId="4D27AC96" w14:textId="77777777" w:rsidR="00676540" w:rsidRDefault="009F1493">
      <w:pPr>
        <w:spacing w:before="200" w:after="60"/>
      </w:pPr>
      <w:r>
        <w:rPr>
          <w:b/>
          <w:color w:val="0F4F44"/>
          <w:sz w:val="22"/>
        </w:rPr>
        <w:t>1. WHO WE ARE</w:t>
      </w:r>
    </w:p>
    <w:p w14:paraId="0614C59F" w14:textId="77777777" w:rsidR="00676540" w:rsidRDefault="009F1493">
      <w:pPr>
        <w:spacing w:after="80" w:line="259" w:lineRule="auto"/>
      </w:pPr>
      <w:r>
        <w:rPr>
          <w:color w:val="293533"/>
        </w:rPr>
        <w:t>GeorgieJo Yoga is a sole-trader yoga business operating in the United Kingdom. GeorgieJo Yoga is the data controller for the personal information covered by this policy.</w:t>
      </w:r>
    </w:p>
    <w:p w14:paraId="65EE110B" w14:textId="52E7DEA6" w:rsidR="00676540" w:rsidRDefault="009F1493">
      <w:pPr>
        <w:spacing w:after="120" w:line="259" w:lineRule="auto"/>
      </w:pPr>
      <w:r>
        <w:rPr>
          <w:color w:val="293533"/>
        </w:rPr>
        <w:t xml:space="preserve">Business contact details: </w:t>
      </w:r>
      <w:hyperlink r:id="rId8" w:history="1">
        <w:r w:rsidR="009965C4" w:rsidRPr="00C73AA4">
          <w:rPr>
            <w:rStyle w:val="Hyperlink"/>
          </w:rPr>
          <w:t>yoga.info@georgiejoyoga.co.uk</w:t>
        </w:r>
      </w:hyperlink>
      <w:r w:rsidR="009965C4">
        <w:rPr>
          <w:color w:val="293533"/>
        </w:rPr>
        <w:t xml:space="preserve">. </w:t>
      </w:r>
      <w:hyperlink r:id="rId9" w:history="1">
        <w:r w:rsidR="009965C4" w:rsidRPr="00C73AA4">
          <w:rPr>
            <w:rStyle w:val="Hyperlink"/>
          </w:rPr>
          <w:t>www.georgiejoyoga.co.uk</w:t>
        </w:r>
      </w:hyperlink>
      <w:r w:rsidR="009965C4">
        <w:rPr>
          <w:color w:val="293533"/>
        </w:rPr>
        <w:t xml:space="preserve"> </w:t>
      </w:r>
    </w:p>
    <w:p w14:paraId="7910BA3E" w14:textId="77777777" w:rsidR="00676540" w:rsidRDefault="009F1493">
      <w:pPr>
        <w:spacing w:before="200" w:after="60"/>
      </w:pPr>
      <w:r>
        <w:rPr>
          <w:b/>
          <w:color w:val="0F4F44"/>
          <w:sz w:val="22"/>
        </w:rPr>
        <w:t>2. THE INFORMATION WE COLLECT</w:t>
      </w:r>
    </w:p>
    <w:p w14:paraId="11C5E845" w14:textId="77777777" w:rsidR="00676540" w:rsidRDefault="009F1493">
      <w:pPr>
        <w:spacing w:after="80" w:line="259" w:lineRule="auto"/>
      </w:pPr>
      <w:r>
        <w:rPr>
          <w:color w:val="293533"/>
        </w:rPr>
        <w:t>Depending on how you interact with GeorgieJo Yoga, we may collect and use the following personal information:</w:t>
      </w:r>
    </w:p>
    <w:p w14:paraId="706C4966" w14:textId="70B07DBA" w:rsidR="00676540" w:rsidRDefault="009965C4">
      <w:pPr>
        <w:pStyle w:val="ListBullet"/>
        <w:spacing w:after="40" w:line="252" w:lineRule="auto"/>
      </w:pPr>
      <w:r>
        <w:rPr>
          <w:color w:val="293533"/>
        </w:rPr>
        <w:t>Y</w:t>
      </w:r>
      <w:r w:rsidR="009F1493">
        <w:rPr>
          <w:color w:val="293533"/>
        </w:rPr>
        <w:t>our name, email address, telephone number and the details of your enquiry;</w:t>
      </w:r>
    </w:p>
    <w:p w14:paraId="0548BFF3" w14:textId="0F91D860" w:rsidR="00676540" w:rsidRDefault="009965C4">
      <w:pPr>
        <w:pStyle w:val="ListBullet"/>
        <w:spacing w:after="40" w:line="252" w:lineRule="auto"/>
      </w:pPr>
      <w:r>
        <w:rPr>
          <w:color w:val="293533"/>
        </w:rPr>
        <w:t>B</w:t>
      </w:r>
      <w:r w:rsidR="009F1493">
        <w:rPr>
          <w:color w:val="293533"/>
        </w:rPr>
        <w:t>ooking and attendance information relating to classes, workshops or private sessions;</w:t>
      </w:r>
    </w:p>
    <w:p w14:paraId="52F88459" w14:textId="08CAF1E1" w:rsidR="00676540" w:rsidRDefault="009965C4">
      <w:pPr>
        <w:pStyle w:val="ListBullet"/>
        <w:spacing w:after="40" w:line="252" w:lineRule="auto"/>
      </w:pPr>
      <w:r>
        <w:rPr>
          <w:color w:val="293533"/>
        </w:rPr>
        <w:t>P</w:t>
      </w:r>
      <w:r w:rsidR="009F1493">
        <w:rPr>
          <w:color w:val="293533"/>
        </w:rPr>
        <w:t>ayment-related information where needed, although payment processing may be handled by a third-party provider and GeorgieJo Yoga may not store your full card details;</w:t>
      </w:r>
    </w:p>
    <w:p w14:paraId="22FA3794" w14:textId="66F3205A" w:rsidR="00676540" w:rsidRDefault="009965C4">
      <w:pPr>
        <w:pStyle w:val="ListBullet"/>
        <w:spacing w:after="40" w:line="252" w:lineRule="auto"/>
      </w:pPr>
      <w:r>
        <w:rPr>
          <w:color w:val="293533"/>
        </w:rPr>
        <w:t>L</w:t>
      </w:r>
      <w:r w:rsidR="009F1493">
        <w:rPr>
          <w:color w:val="293533"/>
        </w:rPr>
        <w:t>imited health-related information only where reasonably necessary for safe participation in class, for example whether you currently have an injury;</w:t>
      </w:r>
    </w:p>
    <w:p w14:paraId="7432FC28" w14:textId="12E615D2" w:rsidR="00676540" w:rsidRDefault="009965C4">
      <w:pPr>
        <w:pStyle w:val="ListBullet"/>
        <w:spacing w:after="40" w:line="252" w:lineRule="auto"/>
      </w:pPr>
      <w:r>
        <w:rPr>
          <w:color w:val="293533"/>
        </w:rPr>
        <w:t>E</w:t>
      </w:r>
      <w:r w:rsidR="009F1493">
        <w:rPr>
          <w:color w:val="293533"/>
        </w:rPr>
        <w:t>mergency contact details where you choose to provide them;</w:t>
      </w:r>
    </w:p>
    <w:p w14:paraId="6300911A" w14:textId="681588FE" w:rsidR="00676540" w:rsidRDefault="009965C4">
      <w:pPr>
        <w:pStyle w:val="ListBullet"/>
        <w:spacing w:after="40" w:line="252" w:lineRule="auto"/>
      </w:pPr>
      <w:r>
        <w:rPr>
          <w:color w:val="293533"/>
        </w:rPr>
        <w:t>A</w:t>
      </w:r>
      <w:r w:rsidR="009F1493">
        <w:rPr>
          <w:color w:val="293533"/>
        </w:rPr>
        <w:t>ny information you choose to send by email, website form, phone or WhatsApp.</w:t>
      </w:r>
    </w:p>
    <w:p w14:paraId="27CB74FA" w14:textId="77777777" w:rsidR="00676540" w:rsidRDefault="009F1493">
      <w:pPr>
        <w:spacing w:before="200" w:after="60"/>
      </w:pPr>
      <w:r>
        <w:rPr>
          <w:b/>
          <w:color w:val="0F4F44"/>
          <w:sz w:val="22"/>
        </w:rPr>
        <w:t>3. HOW WE USE YOUR INFORMATION</w:t>
      </w:r>
    </w:p>
    <w:p w14:paraId="43536F31" w14:textId="77777777" w:rsidR="00676540" w:rsidRDefault="009F1493">
      <w:pPr>
        <w:spacing w:after="80" w:line="259" w:lineRule="auto"/>
      </w:pPr>
      <w:r>
        <w:rPr>
          <w:color w:val="293533"/>
        </w:rPr>
        <w:t>GeorgieJo Yoga uses personal information only where there is a clear business, legal or safety reason to do so. This may include:</w:t>
      </w:r>
    </w:p>
    <w:p w14:paraId="72DD7281" w14:textId="2602C183" w:rsidR="00676540" w:rsidRDefault="009965C4">
      <w:pPr>
        <w:pStyle w:val="ListBullet"/>
        <w:spacing w:after="40" w:line="252" w:lineRule="auto"/>
      </w:pPr>
      <w:r>
        <w:rPr>
          <w:color w:val="293533"/>
        </w:rPr>
        <w:t>R</w:t>
      </w:r>
      <w:r w:rsidR="009F1493">
        <w:rPr>
          <w:color w:val="293533"/>
        </w:rPr>
        <w:t>esponding to enquiries and communicating with you about classes or bookings;</w:t>
      </w:r>
    </w:p>
    <w:p w14:paraId="347EB88C" w14:textId="27204DA7" w:rsidR="00676540" w:rsidRDefault="009965C4">
      <w:pPr>
        <w:pStyle w:val="ListBullet"/>
        <w:spacing w:after="40" w:line="252" w:lineRule="auto"/>
      </w:pPr>
      <w:r>
        <w:rPr>
          <w:color w:val="293533"/>
        </w:rPr>
        <w:t>A</w:t>
      </w:r>
      <w:r w:rsidR="009F1493">
        <w:rPr>
          <w:color w:val="293533"/>
        </w:rPr>
        <w:t>dministering bookings, attendance, payments and class records;</w:t>
      </w:r>
    </w:p>
    <w:p w14:paraId="7C7AAC18" w14:textId="5727A6A4" w:rsidR="00676540" w:rsidRDefault="009965C4">
      <w:pPr>
        <w:pStyle w:val="ListBullet"/>
        <w:spacing w:after="40" w:line="252" w:lineRule="auto"/>
      </w:pPr>
      <w:r>
        <w:rPr>
          <w:color w:val="293533"/>
        </w:rPr>
        <w:t>S</w:t>
      </w:r>
      <w:r w:rsidR="009F1493">
        <w:rPr>
          <w:color w:val="293533"/>
        </w:rPr>
        <w:t>upporting safe participation in yoga classes and sessions;</w:t>
      </w:r>
    </w:p>
    <w:p w14:paraId="092921BD" w14:textId="1478BF33" w:rsidR="00676540" w:rsidRDefault="009965C4">
      <w:pPr>
        <w:pStyle w:val="ListBullet"/>
        <w:spacing w:after="40" w:line="252" w:lineRule="auto"/>
      </w:pPr>
      <w:r>
        <w:rPr>
          <w:color w:val="293533"/>
        </w:rPr>
        <w:t>M</w:t>
      </w:r>
      <w:r w:rsidR="009F1493">
        <w:rPr>
          <w:color w:val="293533"/>
        </w:rPr>
        <w:t>aintaining appropriate insurance, legal and business records;</w:t>
      </w:r>
    </w:p>
    <w:p w14:paraId="09FFFD72" w14:textId="31968CEA" w:rsidR="00676540" w:rsidRDefault="009965C4">
      <w:pPr>
        <w:pStyle w:val="ListBullet"/>
        <w:spacing w:after="40" w:line="252" w:lineRule="auto"/>
      </w:pPr>
      <w:r>
        <w:rPr>
          <w:color w:val="293533"/>
        </w:rPr>
        <w:t>S</w:t>
      </w:r>
      <w:r w:rsidR="009F1493">
        <w:rPr>
          <w:color w:val="293533"/>
        </w:rPr>
        <w:t>ending service messages such as venue updates, schedule changes or cancellations;</w:t>
      </w:r>
    </w:p>
    <w:p w14:paraId="3CAAB137" w14:textId="1CCAF395" w:rsidR="00676540" w:rsidRDefault="009965C4">
      <w:pPr>
        <w:pStyle w:val="ListBullet"/>
        <w:spacing w:after="40" w:line="252" w:lineRule="auto"/>
      </w:pPr>
      <w:r>
        <w:rPr>
          <w:color w:val="293533"/>
        </w:rPr>
        <w:t>S</w:t>
      </w:r>
      <w:r w:rsidR="009F1493">
        <w:rPr>
          <w:color w:val="293533"/>
        </w:rPr>
        <w:t>ending occasional marketing or class updates where you have actively agreed to receive them.</w:t>
      </w:r>
    </w:p>
    <w:p w14:paraId="7B5D6AA9" w14:textId="77777777" w:rsidR="00676540" w:rsidRDefault="009F1493">
      <w:pPr>
        <w:spacing w:before="200" w:after="60"/>
      </w:pPr>
      <w:r>
        <w:rPr>
          <w:b/>
          <w:color w:val="0F4F44"/>
          <w:sz w:val="22"/>
        </w:rPr>
        <w:t>4. LAWFUL BASES FOR PROCESSING</w:t>
      </w:r>
    </w:p>
    <w:p w14:paraId="49D1D3E0" w14:textId="77777777" w:rsidR="00676540" w:rsidRDefault="009F1493">
      <w:pPr>
        <w:spacing w:after="80" w:line="259" w:lineRule="auto"/>
      </w:pPr>
      <w:r>
        <w:rPr>
          <w:color w:val="293533"/>
        </w:rPr>
        <w:t>Under UK data protection law, GeorgieJo Yoga relies on one or more of the following lawful bases when using your information:</w:t>
      </w:r>
    </w:p>
    <w:p w14:paraId="11BA033B" w14:textId="68315BC5" w:rsidR="00676540" w:rsidRDefault="009965C4">
      <w:pPr>
        <w:pStyle w:val="ListBullet"/>
        <w:spacing w:after="40" w:line="252" w:lineRule="auto"/>
      </w:pPr>
      <w:r>
        <w:rPr>
          <w:color w:val="293533"/>
        </w:rPr>
        <w:t>C</w:t>
      </w:r>
      <w:r w:rsidR="009F1493">
        <w:rPr>
          <w:color w:val="293533"/>
        </w:rPr>
        <w:t>ontract or steps taken at your request before entering into a contract, for example when responding to an enquiry or managing a booking;</w:t>
      </w:r>
    </w:p>
    <w:p w14:paraId="281AB385" w14:textId="6C52E65C" w:rsidR="00676540" w:rsidRDefault="009965C4">
      <w:pPr>
        <w:pStyle w:val="ListBullet"/>
        <w:spacing w:after="40" w:line="252" w:lineRule="auto"/>
      </w:pPr>
      <w:r>
        <w:rPr>
          <w:color w:val="293533"/>
        </w:rPr>
        <w:t>L</w:t>
      </w:r>
      <w:r w:rsidR="009F1493">
        <w:rPr>
          <w:color w:val="293533"/>
        </w:rPr>
        <w:t>egal obligation, where records must be kept to comply with tax, insurance or other legal requirements;</w:t>
      </w:r>
    </w:p>
    <w:p w14:paraId="2365BAED" w14:textId="44281A16" w:rsidR="00676540" w:rsidRDefault="009965C4">
      <w:pPr>
        <w:pStyle w:val="ListBullet"/>
        <w:spacing w:after="40" w:line="252" w:lineRule="auto"/>
      </w:pPr>
      <w:r>
        <w:rPr>
          <w:color w:val="293533"/>
        </w:rPr>
        <w:lastRenderedPageBreak/>
        <w:t>L</w:t>
      </w:r>
      <w:r w:rsidR="009F1493">
        <w:rPr>
          <w:color w:val="293533"/>
        </w:rPr>
        <w:t>egitimate interests, where GeorgieJo Yoga needs to run the business in a reasonable and proportionate way, such as managing enquiries, attendance and class administration;</w:t>
      </w:r>
    </w:p>
    <w:p w14:paraId="10C0E620" w14:textId="588A4B52" w:rsidR="00676540" w:rsidRDefault="009965C4">
      <w:pPr>
        <w:pStyle w:val="ListBullet"/>
        <w:spacing w:after="40" w:line="252" w:lineRule="auto"/>
      </w:pPr>
      <w:r>
        <w:rPr>
          <w:color w:val="293533"/>
        </w:rPr>
        <w:t>C</w:t>
      </w:r>
      <w:r w:rsidR="009F1493">
        <w:rPr>
          <w:color w:val="293533"/>
        </w:rPr>
        <w:t>onsent, where you choose to receive marketing updates or where limited health-related information is used to support safe participation in class.</w:t>
      </w:r>
    </w:p>
    <w:p w14:paraId="53490CCD" w14:textId="77777777" w:rsidR="00676540" w:rsidRDefault="009F1493">
      <w:pPr>
        <w:spacing w:before="200" w:after="60"/>
      </w:pPr>
      <w:r>
        <w:rPr>
          <w:b/>
          <w:color w:val="0F4F44"/>
          <w:sz w:val="22"/>
        </w:rPr>
        <w:t>5. HEALTH-RELATED INFORMATION</w:t>
      </w:r>
    </w:p>
    <w:p w14:paraId="347CF0A3" w14:textId="77777777" w:rsidR="00676540" w:rsidRDefault="009F1493">
      <w:pPr>
        <w:spacing w:after="80" w:line="259" w:lineRule="auto"/>
      </w:pPr>
      <w:r>
        <w:rPr>
          <w:color w:val="293533"/>
        </w:rPr>
        <w:t>GeorgieJo Yoga aims to collect the minimum health-related information necessary to support safe class participation. In most cases this will be limited to whether you currently have an injury or physical issue that may affect your participation.</w:t>
      </w:r>
    </w:p>
    <w:p w14:paraId="382860BA" w14:textId="77777777" w:rsidR="00676540" w:rsidRDefault="009F1493">
      <w:pPr>
        <w:spacing w:after="80" w:line="259" w:lineRule="auto"/>
      </w:pPr>
      <w:r>
        <w:rPr>
          <w:color w:val="293533"/>
        </w:rPr>
        <w:t>GeorgieJo Yoga does not ask for unnecessary medical detail. If you choose to provide health-related information, it will be used only for health and safety, insurance and related record-keeping purposes, and only for as long as reasonably necessary.</w:t>
      </w:r>
    </w:p>
    <w:p w14:paraId="00138C4D" w14:textId="77777777" w:rsidR="00676540" w:rsidRDefault="009F1493">
      <w:pPr>
        <w:spacing w:before="200" w:after="60"/>
      </w:pPr>
      <w:r>
        <w:rPr>
          <w:b/>
          <w:color w:val="0F4F44"/>
          <w:sz w:val="22"/>
        </w:rPr>
        <w:t>6. WEBSITE USE AND COOKIES</w:t>
      </w:r>
    </w:p>
    <w:p w14:paraId="08FA1974" w14:textId="77777777" w:rsidR="00676540" w:rsidRDefault="009F1493">
      <w:pPr>
        <w:spacing w:after="80" w:line="259" w:lineRule="auto"/>
      </w:pPr>
      <w:r>
        <w:rPr>
          <w:color w:val="293533"/>
        </w:rPr>
        <w:t>The GeorgieJo Yoga website currently uses only cookies or similar technologies that are strictly necessary for the operation of the website, where applicable. GeorgieJo Yoga does not currently use analytics tools, advertising cookies or marketing tracking technologies.</w:t>
      </w:r>
    </w:p>
    <w:p w14:paraId="7DAF2272" w14:textId="77777777" w:rsidR="00676540" w:rsidRDefault="009F1493">
      <w:pPr>
        <w:spacing w:after="120" w:line="259" w:lineRule="auto"/>
      </w:pPr>
      <w:r>
        <w:rPr>
          <w:color w:val="293533"/>
        </w:rPr>
        <w:t>If this changes in future, the website notice and this Privacy Policy will be updated accordingly.</w:t>
      </w:r>
    </w:p>
    <w:p w14:paraId="42C97CD3" w14:textId="77777777" w:rsidR="00676540" w:rsidRDefault="009F1493">
      <w:pPr>
        <w:spacing w:before="200" w:after="60"/>
      </w:pPr>
      <w:r>
        <w:rPr>
          <w:b/>
          <w:color w:val="0F4F44"/>
          <w:sz w:val="22"/>
        </w:rPr>
        <w:t>7. MARKETING COMMUNICATIONS</w:t>
      </w:r>
    </w:p>
    <w:p w14:paraId="46C67368" w14:textId="77777777" w:rsidR="00676540" w:rsidRDefault="009F1493">
      <w:pPr>
        <w:spacing w:after="80" w:line="259" w:lineRule="auto"/>
      </w:pPr>
      <w:r>
        <w:rPr>
          <w:color w:val="293533"/>
        </w:rPr>
        <w:t>GeorgieJo Yoga may occasionally send information about classes, workshops or offers by email or WhatsApp where you have chosen to receive those updates.</w:t>
      </w:r>
    </w:p>
    <w:p w14:paraId="464644EE" w14:textId="77777777" w:rsidR="00676540" w:rsidRDefault="009F1493">
      <w:pPr>
        <w:spacing w:after="80" w:line="259" w:lineRule="auto"/>
      </w:pPr>
      <w:r>
        <w:rPr>
          <w:color w:val="293533"/>
        </w:rPr>
        <w:t>Marketing consent is optional, separate from core service communications, and may be withdrawn at any time. You can opt out by contacting GeorgieJo Yoga directly or by using any unsubscribe option provided in the message where available.</w:t>
      </w:r>
    </w:p>
    <w:p w14:paraId="10CF4ABC" w14:textId="77777777" w:rsidR="00676540" w:rsidRDefault="009F1493">
      <w:pPr>
        <w:spacing w:before="200" w:after="60"/>
      </w:pPr>
      <w:r>
        <w:rPr>
          <w:b/>
          <w:color w:val="0F4F44"/>
          <w:sz w:val="22"/>
        </w:rPr>
        <w:t>8. SHARING YOUR INFORMATION</w:t>
      </w:r>
    </w:p>
    <w:p w14:paraId="7B72D3D4" w14:textId="77777777" w:rsidR="00676540" w:rsidRDefault="009F1493">
      <w:pPr>
        <w:spacing w:after="80" w:line="259" w:lineRule="auto"/>
      </w:pPr>
      <w:r>
        <w:rPr>
          <w:color w:val="293533"/>
        </w:rPr>
        <w:t>GeorgieJo Yoga does not sell personal information. Personal information may be shared only where reasonably necessary with trusted providers who support the business, such as:</w:t>
      </w:r>
    </w:p>
    <w:p w14:paraId="7F355B6E" w14:textId="4163EC8C" w:rsidR="00676540" w:rsidRDefault="009965C4">
      <w:pPr>
        <w:pStyle w:val="ListBullet"/>
        <w:spacing w:after="40" w:line="252" w:lineRule="auto"/>
      </w:pPr>
      <w:r>
        <w:rPr>
          <w:color w:val="293533"/>
        </w:rPr>
        <w:t>W</w:t>
      </w:r>
      <w:r w:rsidR="009F1493">
        <w:rPr>
          <w:color w:val="293533"/>
        </w:rPr>
        <w:t>ebsite hosting or website form providers;</w:t>
      </w:r>
    </w:p>
    <w:p w14:paraId="3D018F0F" w14:textId="2E630023" w:rsidR="00676540" w:rsidRDefault="009965C4">
      <w:pPr>
        <w:pStyle w:val="ListBullet"/>
        <w:spacing w:after="40" w:line="252" w:lineRule="auto"/>
      </w:pPr>
      <w:r>
        <w:rPr>
          <w:color w:val="293533"/>
        </w:rPr>
        <w:t>E</w:t>
      </w:r>
      <w:r w:rsidR="009F1493">
        <w:rPr>
          <w:color w:val="293533"/>
        </w:rPr>
        <w:t>mail and communication providers;</w:t>
      </w:r>
    </w:p>
    <w:p w14:paraId="7FDA1547" w14:textId="2278B757" w:rsidR="00676540" w:rsidRDefault="009965C4">
      <w:pPr>
        <w:pStyle w:val="ListBullet"/>
        <w:spacing w:after="40" w:line="252" w:lineRule="auto"/>
      </w:pPr>
      <w:r>
        <w:rPr>
          <w:color w:val="293533"/>
        </w:rPr>
        <w:t>B</w:t>
      </w:r>
      <w:r w:rsidR="009F1493">
        <w:rPr>
          <w:color w:val="293533"/>
        </w:rPr>
        <w:t>ooking, payment or administration platforms;</w:t>
      </w:r>
    </w:p>
    <w:p w14:paraId="6C6F3508" w14:textId="7E90ECD7" w:rsidR="00676540" w:rsidRDefault="009965C4">
      <w:pPr>
        <w:pStyle w:val="ListBullet"/>
        <w:spacing w:after="40" w:line="252" w:lineRule="auto"/>
      </w:pPr>
      <w:r>
        <w:rPr>
          <w:color w:val="293533"/>
        </w:rPr>
        <w:t>P</w:t>
      </w:r>
      <w:r w:rsidR="009F1493">
        <w:rPr>
          <w:color w:val="293533"/>
        </w:rPr>
        <w:t>rofessional advisers, insurers or legal advisers where reasonably required.</w:t>
      </w:r>
    </w:p>
    <w:p w14:paraId="01527802" w14:textId="77777777" w:rsidR="00676540" w:rsidRDefault="009F1493">
      <w:pPr>
        <w:spacing w:after="80" w:line="259" w:lineRule="auto"/>
      </w:pPr>
      <w:r>
        <w:rPr>
          <w:color w:val="293533"/>
        </w:rPr>
        <w:t>Where third-party providers process information on behalf of GeorgieJo Yoga, they are expected to handle it securely and lawfully.</w:t>
      </w:r>
    </w:p>
    <w:p w14:paraId="53D2A131" w14:textId="77777777" w:rsidR="00676540" w:rsidRDefault="009F1493">
      <w:pPr>
        <w:spacing w:before="200" w:after="60"/>
      </w:pPr>
      <w:r>
        <w:rPr>
          <w:b/>
          <w:color w:val="0F4F44"/>
          <w:sz w:val="22"/>
        </w:rPr>
        <w:t>9. HOW LONG WE KEEP YOUR INFORMATION</w:t>
      </w:r>
    </w:p>
    <w:p w14:paraId="527EC50B" w14:textId="77777777" w:rsidR="00676540" w:rsidRDefault="009F1493">
      <w:pPr>
        <w:spacing w:after="80" w:line="259" w:lineRule="auto"/>
      </w:pPr>
      <w:r>
        <w:rPr>
          <w:color w:val="293533"/>
        </w:rPr>
        <w:t>GeorgieJo Yoga will not keep personal information for longer than reasonably necessary. Retention periods may vary depending on the type of information and the reason it was collected.</w:t>
      </w:r>
    </w:p>
    <w:p w14:paraId="645A200B" w14:textId="228DAFDD" w:rsidR="00676540" w:rsidRDefault="009965C4">
      <w:pPr>
        <w:pStyle w:val="ListBullet"/>
        <w:spacing w:after="40" w:line="252" w:lineRule="auto"/>
      </w:pPr>
      <w:r>
        <w:rPr>
          <w:color w:val="293533"/>
        </w:rPr>
        <w:t>G</w:t>
      </w:r>
      <w:r w:rsidR="009F1493">
        <w:rPr>
          <w:color w:val="293533"/>
        </w:rPr>
        <w:t>eneral enquiries will be kept only for as long as needed to deal with the enquiry and any reasonable follow-up;</w:t>
      </w:r>
    </w:p>
    <w:p w14:paraId="708C3929" w14:textId="196243AC" w:rsidR="00676540" w:rsidRDefault="009965C4">
      <w:pPr>
        <w:pStyle w:val="ListBullet"/>
        <w:spacing w:after="40" w:line="252" w:lineRule="auto"/>
      </w:pPr>
      <w:r>
        <w:rPr>
          <w:color w:val="293533"/>
        </w:rPr>
        <w:t>B</w:t>
      </w:r>
      <w:r w:rsidR="009F1493">
        <w:rPr>
          <w:color w:val="293533"/>
        </w:rPr>
        <w:t>ooking and attendance records will be kept only for as long as needed for class administration, tax, legal and business record-keeping purposes;</w:t>
      </w:r>
    </w:p>
    <w:p w14:paraId="4E79BAB4" w14:textId="256317AB" w:rsidR="00676540" w:rsidRDefault="009965C4">
      <w:pPr>
        <w:pStyle w:val="ListBullet"/>
        <w:spacing w:after="40" w:line="252" w:lineRule="auto"/>
      </w:pPr>
      <w:r>
        <w:rPr>
          <w:color w:val="293533"/>
        </w:rPr>
        <w:t>W</w:t>
      </w:r>
      <w:r w:rsidR="009F1493">
        <w:rPr>
          <w:color w:val="293533"/>
        </w:rPr>
        <w:t>aivers and related forms will be kept only for as long as reasonably required for health and safety, insurance and legal purposes;</w:t>
      </w:r>
    </w:p>
    <w:p w14:paraId="2EFC58F1" w14:textId="59235BF6" w:rsidR="00676540" w:rsidRDefault="009965C4">
      <w:pPr>
        <w:pStyle w:val="ListBullet"/>
        <w:spacing w:after="40" w:line="252" w:lineRule="auto"/>
      </w:pPr>
      <w:r>
        <w:rPr>
          <w:color w:val="293533"/>
        </w:rPr>
        <w:t>M</w:t>
      </w:r>
      <w:r w:rsidR="009F1493">
        <w:rPr>
          <w:color w:val="293533"/>
        </w:rPr>
        <w:t>arketing records will be kept until you unsubscribe or withdraw consent.</w:t>
      </w:r>
    </w:p>
    <w:p w14:paraId="21ECEF51" w14:textId="77777777" w:rsidR="00676540" w:rsidRDefault="009F1493">
      <w:pPr>
        <w:spacing w:before="200" w:after="60"/>
      </w:pPr>
      <w:r>
        <w:rPr>
          <w:b/>
          <w:color w:val="0F4F44"/>
          <w:sz w:val="22"/>
        </w:rPr>
        <w:lastRenderedPageBreak/>
        <w:t>10. HOW WE PROTECT YOUR INFORMATION</w:t>
      </w:r>
    </w:p>
    <w:p w14:paraId="19A5C122" w14:textId="77777777" w:rsidR="00676540" w:rsidRDefault="009F1493">
      <w:pPr>
        <w:spacing w:after="80" w:line="259" w:lineRule="auto"/>
      </w:pPr>
      <w:r>
        <w:rPr>
          <w:color w:val="293533"/>
        </w:rPr>
        <w:t>GeorgieJo Yoga takes reasonable technical and organisational steps to protect personal information. This includes using password protection, secure devices, limiting access to information, and using reputable service providers where possible.</w:t>
      </w:r>
    </w:p>
    <w:p w14:paraId="06EEEC81" w14:textId="77777777" w:rsidR="00676540" w:rsidRDefault="009F1493">
      <w:pPr>
        <w:spacing w:after="80" w:line="259" w:lineRule="auto"/>
      </w:pPr>
      <w:r>
        <w:rPr>
          <w:color w:val="293533"/>
        </w:rPr>
        <w:t>No electronic system is completely secure, but GeorgieJo Yoga aims to handle personal information in a careful, proportionate and responsible manner.</w:t>
      </w:r>
    </w:p>
    <w:p w14:paraId="16F3B85A" w14:textId="77777777" w:rsidR="00676540" w:rsidRDefault="009F1493">
      <w:pPr>
        <w:spacing w:before="200" w:after="60"/>
      </w:pPr>
      <w:r>
        <w:rPr>
          <w:b/>
          <w:color w:val="0F4F44"/>
          <w:sz w:val="22"/>
        </w:rPr>
        <w:t>11. YOUR RIGHTS</w:t>
      </w:r>
    </w:p>
    <w:p w14:paraId="1EF423F9" w14:textId="77777777" w:rsidR="00676540" w:rsidRDefault="009F1493">
      <w:pPr>
        <w:spacing w:after="80" w:line="259" w:lineRule="auto"/>
      </w:pPr>
      <w:r>
        <w:rPr>
          <w:color w:val="293533"/>
        </w:rPr>
        <w:t>Depending on the circumstances, you may have the right to request access to your personal information, request correction of inaccurate information, request deletion, object to certain uses, or withdraw consent where processing is based on consent.</w:t>
      </w:r>
    </w:p>
    <w:p w14:paraId="1714C1AE" w14:textId="77777777" w:rsidR="00676540" w:rsidRDefault="009F1493">
      <w:pPr>
        <w:spacing w:after="80" w:line="259" w:lineRule="auto"/>
      </w:pPr>
      <w:r>
        <w:rPr>
          <w:color w:val="293533"/>
        </w:rPr>
        <w:t>To exercise any of these rights, please contact GeorgieJo Yoga using the contact details listed at the top of this document.</w:t>
      </w:r>
    </w:p>
    <w:p w14:paraId="1256E8DC" w14:textId="77777777" w:rsidR="00676540" w:rsidRDefault="009F1493">
      <w:pPr>
        <w:spacing w:before="200" w:after="60"/>
      </w:pPr>
      <w:r>
        <w:rPr>
          <w:b/>
          <w:color w:val="0F4F44"/>
          <w:sz w:val="22"/>
        </w:rPr>
        <w:t>12. COMPLAINTS</w:t>
      </w:r>
    </w:p>
    <w:p w14:paraId="2B2FFFB0" w14:textId="77777777" w:rsidR="00676540" w:rsidRDefault="009F1493">
      <w:pPr>
        <w:spacing w:after="80" w:line="259" w:lineRule="auto"/>
      </w:pPr>
      <w:r>
        <w:rPr>
          <w:color w:val="293533"/>
        </w:rPr>
        <w:t>If you have a concern about how GeorgieJo Yoga handles your information, please contact GeorgieJo Yoga first so that the issue can be considered and, where possible, resolved.</w:t>
      </w:r>
    </w:p>
    <w:p w14:paraId="6B70CC84" w14:textId="77777777" w:rsidR="00676540" w:rsidRDefault="009F1493">
      <w:pPr>
        <w:spacing w:after="80" w:line="259" w:lineRule="auto"/>
      </w:pPr>
      <w:r>
        <w:rPr>
          <w:color w:val="293533"/>
        </w:rPr>
        <w:t>You also have the right to complain to the Information Commissioner's Office (ICO) if you believe your personal information has been handled unlawfully.</w:t>
      </w:r>
    </w:p>
    <w:p w14:paraId="6162CC07" w14:textId="77777777" w:rsidR="00676540" w:rsidRDefault="009F1493">
      <w:pPr>
        <w:spacing w:before="200" w:after="60"/>
      </w:pPr>
      <w:r>
        <w:rPr>
          <w:b/>
          <w:color w:val="0F4F44"/>
          <w:sz w:val="22"/>
        </w:rPr>
        <w:t>13. CHANGES TO THIS POLICY</w:t>
      </w:r>
    </w:p>
    <w:p w14:paraId="263A0DEC" w14:textId="77777777" w:rsidR="00676540" w:rsidRDefault="009F1493">
      <w:pPr>
        <w:spacing w:after="80" w:line="259" w:lineRule="auto"/>
      </w:pPr>
      <w:r>
        <w:rPr>
          <w:color w:val="293533"/>
        </w:rPr>
        <w:t>This Privacy Policy may be updated from time to time. The most current version should be made available on the GeorgieJo Yoga website and can also be provided on request.</w:t>
      </w:r>
    </w:p>
    <w:sectPr w:rsidR="00676540" w:rsidSect="00034616">
      <w:headerReference w:type="even" r:id="rId10"/>
      <w:headerReference w:type="default" r:id="rId11"/>
      <w:footerReference w:type="even" r:id="rId12"/>
      <w:footerReference w:type="default" r:id="rId13"/>
      <w:headerReference w:type="first" r:id="rId14"/>
      <w:footerReference w:type="first" r:id="rId15"/>
      <w:pgSz w:w="11906" w:h="16838"/>
      <w:pgMar w:top="1134" w:right="907" w:bottom="964" w:left="907" w:header="397"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55B79" w14:textId="77777777" w:rsidR="009F1493" w:rsidRDefault="009F1493">
      <w:pPr>
        <w:spacing w:after="0" w:line="240" w:lineRule="auto"/>
      </w:pPr>
      <w:r>
        <w:separator/>
      </w:r>
    </w:p>
  </w:endnote>
  <w:endnote w:type="continuationSeparator" w:id="0">
    <w:p w14:paraId="47C98120" w14:textId="77777777" w:rsidR="009F1493" w:rsidRDefault="009F14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CDFBE" w14:textId="77777777" w:rsidR="009F1493" w:rsidRDefault="009F14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42C92" w14:textId="142F8526" w:rsidR="00676540" w:rsidRPr="009F1493" w:rsidRDefault="009F1493">
    <w:pPr>
      <w:pStyle w:val="Footer"/>
      <w:jc w:val="center"/>
    </w:pPr>
    <w:r w:rsidRPr="009F1493">
      <w:rPr>
        <w:color w:val="6A7D78"/>
        <w:sz w:val="17"/>
      </w:rPr>
      <w:t xml:space="preserve">GeorgieJo Yoga |  </w:t>
    </w:r>
    <w:r w:rsidRPr="009F1493">
      <w:rPr>
        <w:color w:val="3A4A47"/>
        <w:sz w:val="19"/>
      </w:rPr>
      <w:t>yoga.info@georgiejoyoga.co.uk</w:t>
    </w:r>
    <w:r w:rsidRPr="009F1493">
      <w:rPr>
        <w:color w:val="6A7D78"/>
        <w:sz w:val="17"/>
      </w:rPr>
      <w:t xml:space="preserve"> | www.georgiejoyoga.co.uk |  07961 063086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97987" w14:textId="77777777" w:rsidR="009F1493" w:rsidRDefault="009F14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C78FB" w14:textId="77777777" w:rsidR="009F1493" w:rsidRDefault="009F1493">
      <w:pPr>
        <w:spacing w:after="0" w:line="240" w:lineRule="auto"/>
      </w:pPr>
      <w:r>
        <w:separator/>
      </w:r>
    </w:p>
  </w:footnote>
  <w:footnote w:type="continuationSeparator" w:id="0">
    <w:p w14:paraId="56A73D88" w14:textId="77777777" w:rsidR="009F1493" w:rsidRDefault="009F14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1B875" w14:textId="77777777" w:rsidR="009F1493" w:rsidRDefault="009F14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B18E2" w14:textId="77777777" w:rsidR="00676540" w:rsidRDefault="009F1493">
    <w:pPr>
      <w:pStyle w:val="Header"/>
      <w:jc w:val="center"/>
    </w:pPr>
    <w:r>
      <w:rPr>
        <w:noProof/>
      </w:rPr>
      <w:drawing>
        <wp:inline distT="0" distB="0" distL="0" distR="0" wp14:anchorId="56794FA5" wp14:editId="06F152C6">
          <wp:extent cx="1965960" cy="18371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orgiejo_logo_letterhead_black_clean.png"/>
                  <pic:cNvPicPr/>
                </pic:nvPicPr>
                <pic:blipFill>
                  <a:blip r:embed="rId1"/>
                  <a:stretch>
                    <a:fillRect/>
                  </a:stretch>
                </pic:blipFill>
                <pic:spPr>
                  <a:xfrm>
                    <a:off x="0" y="0"/>
                    <a:ext cx="1965960" cy="183714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A4A2C" w14:textId="77777777" w:rsidR="009F1493" w:rsidRDefault="009F14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86962033">
    <w:abstractNumId w:val="8"/>
  </w:num>
  <w:num w:numId="2" w16cid:durableId="1273241352">
    <w:abstractNumId w:val="6"/>
  </w:num>
  <w:num w:numId="3" w16cid:durableId="1010836970">
    <w:abstractNumId w:val="5"/>
  </w:num>
  <w:num w:numId="4" w16cid:durableId="798304820">
    <w:abstractNumId w:val="4"/>
  </w:num>
  <w:num w:numId="5" w16cid:durableId="124277219">
    <w:abstractNumId w:val="7"/>
  </w:num>
  <w:num w:numId="6" w16cid:durableId="1294024280">
    <w:abstractNumId w:val="3"/>
  </w:num>
  <w:num w:numId="7" w16cid:durableId="1626546365">
    <w:abstractNumId w:val="2"/>
  </w:num>
  <w:num w:numId="8" w16cid:durableId="1463578449">
    <w:abstractNumId w:val="1"/>
  </w:num>
  <w:num w:numId="9" w16cid:durableId="1599799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646A6"/>
    <w:rsid w:val="001D5773"/>
    <w:rsid w:val="0029639D"/>
    <w:rsid w:val="00326F90"/>
    <w:rsid w:val="00593616"/>
    <w:rsid w:val="00676540"/>
    <w:rsid w:val="006B190C"/>
    <w:rsid w:val="00850BD0"/>
    <w:rsid w:val="009965C4"/>
    <w:rsid w:val="009F1493"/>
    <w:rsid w:val="00A66984"/>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C0F66A"/>
  <w14:defaultImageDpi w14:val="300"/>
  <w15:docId w15:val="{7ABC8CC6-F8C3-42FB-97C5-5BE044C7A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9965C4"/>
    <w:rPr>
      <w:color w:val="0000FF" w:themeColor="hyperlink"/>
      <w:u w:val="single"/>
    </w:rPr>
  </w:style>
  <w:style w:type="character" w:styleId="UnresolvedMention">
    <w:name w:val="Unresolved Mention"/>
    <w:basedOn w:val="DefaultParagraphFont"/>
    <w:uiPriority w:val="99"/>
    <w:semiHidden/>
    <w:unhideWhenUsed/>
    <w:rsid w:val="009965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oga.info@georgiejoyoga.co.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eorgiejoyoga.co.uk"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1012</Words>
  <Characters>5813</Characters>
  <Application>Microsoft Office Word</Application>
  <DocSecurity>0</DocSecurity>
  <Lines>101</Lines>
  <Paragraphs>76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6749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Garrett, Lee SSgt (LWC-TrgPlans-RSTLog-MED3)</cp:lastModifiedBy>
  <cp:revision>8</cp:revision>
  <dcterms:created xsi:type="dcterms:W3CDTF">2026-03-12T09:46:00Z</dcterms:created>
  <dcterms:modified xsi:type="dcterms:W3CDTF">2026-03-17T19:31:00Z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e28611e-2819-430a-bdf7-3581be6cbbdd_Enabled">
    <vt:lpwstr>true</vt:lpwstr>
  </property>
  <property fmtid="{D5CDD505-2E9C-101B-9397-08002B2CF9AE}" pid="3" name="MSIP_Label_8e28611e-2819-430a-bdf7-3581be6cbbdd_SetDate">
    <vt:lpwstr>2026-03-12T09:46:56Z</vt:lpwstr>
  </property>
  <property fmtid="{D5CDD505-2E9C-101B-9397-08002B2CF9AE}" pid="4" name="MSIP_Label_8e28611e-2819-430a-bdf7-3581be6cbbdd_Method">
    <vt:lpwstr>Privileged</vt:lpwstr>
  </property>
  <property fmtid="{D5CDD505-2E9C-101B-9397-08002B2CF9AE}" pid="5" name="MSIP_Label_8e28611e-2819-430a-bdf7-3581be6cbbdd_Name">
    <vt:lpwstr>MOD-1-NWR-‘NON-WORK  RELATED’</vt:lpwstr>
  </property>
  <property fmtid="{D5CDD505-2E9C-101B-9397-08002B2CF9AE}" pid="6" name="MSIP_Label_8e28611e-2819-430a-bdf7-3581be6cbbdd_SiteId">
    <vt:lpwstr>be7760ed-5953-484b-ae95-d0a16dfa09e5</vt:lpwstr>
  </property>
  <property fmtid="{D5CDD505-2E9C-101B-9397-08002B2CF9AE}" pid="7" name="MSIP_Label_8e28611e-2819-430a-bdf7-3581be6cbbdd_ActionId">
    <vt:lpwstr>8e52d016-55f6-4238-84d6-661e0df1f77d</vt:lpwstr>
  </property>
  <property fmtid="{D5CDD505-2E9C-101B-9397-08002B2CF9AE}" pid="8" name="MSIP_Label_8e28611e-2819-430a-bdf7-3581be6cbbdd_ContentBits">
    <vt:lpwstr>0</vt:lpwstr>
  </property>
  <property fmtid="{D5CDD505-2E9C-101B-9397-08002B2CF9AE}" pid="9" name="MSIP_Label_8e28611e-2819-430a-bdf7-3581be6cbbdd_Tag">
    <vt:lpwstr>10, 0, 1, 1</vt:lpwstr>
  </property>
</Properties>
</file>